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247"/>
        <w:gridCol w:w="8504"/>
      </w:tblGrid>
      <w:tr>
        <w:tc>
          <w:tcPr>
            <w:tcW w:type="dxa" w:w="4961"/>
          </w:tcPr>
          <w:p>
            <w:r>
              <w:drawing>
                <wp:inline xmlns:a="http://schemas.openxmlformats.org/drawingml/2006/main" xmlns:pic="http://schemas.openxmlformats.org/drawingml/2006/picture">
                  <wp:extent cx="612000" cy="695852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00" cy="69585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961"/>
            <w:vAlign w:val="center"/>
          </w:tcPr>
          <w:p>
            <w:r>
              <w:rPr>
                <w:b/>
                <w:color w:val="A26F25"/>
                <w:sz w:val="18"/>
              </w:rPr>
              <w:t>LIGA METROPOLITANA INTERCOLEGIAL</w:t>
            </w:r>
          </w:p>
          <w:p>
            <w:r>
              <w:rPr>
                <w:b/>
                <w:color w:val="13315B"/>
                <w:sz w:val="32"/>
              </w:rPr>
              <w:t>FICHA DE INSCRIÇÃO DA ESCOLA</w:t>
            </w:r>
          </w:p>
          <w:p>
            <w:r>
              <w:rPr>
                <w:sz w:val="16"/>
              </w:rPr>
              <w:t>1º Campeonato Metropolitano Intercolegial de Futsal  •  2027</w:t>
            </w:r>
          </w:p>
        </w:tc>
      </w:tr>
    </w:tbl>
    <w:p>
      <w:r>
        <w:t>Preenchimento pela escola: assinale as divisões que pretende inscrever, indique seus responsáveis e assine ao final.</w:t>
      </w:r>
    </w:p>
    <w:p>
      <w:pPr>
        <w:keepNext/>
      </w:pPr>
      <w:r>
        <w:rPr>
          <w:b/>
          <w:color w:val="A26F25"/>
          <w:sz w:val="18"/>
        </w:rPr>
        <w:t>DADOS DA ESCOLA</w:t>
      </w:r>
    </w:p>
    <w:p>
      <w:r>
        <w:t>Nome da instituição: __________________________________________________________________________</w:t>
      </w:r>
    </w:p>
    <w:p>
      <w:r>
        <w:t>CNPJ, se aplicável: _________________________   Código INEP, se disponível: __________________________</w:t>
      </w:r>
    </w:p>
    <w:p>
      <w:r>
        <w:t>Endereço: _______________________________________________________________  Nº: ______  CEP: __________</w:t>
      </w:r>
    </w:p>
    <w:p>
      <w:r>
        <w:t>Bairro: __________________________  Cidade / UF: _________________________________________________</w:t>
      </w:r>
    </w:p>
    <w:p>
      <w:r>
        <w:t>Telefone institucional: __________________________  E-mail institucional: ___________________________</w:t>
      </w:r>
    </w:p>
    <w:p>
      <w:pPr>
        <w:keepNext/>
      </w:pPr>
      <w:r>
        <w:rPr>
          <w:b/>
          <w:color w:val="A26F25"/>
          <w:sz w:val="18"/>
        </w:rPr>
        <w:t>RESPONSÁVEL PELA ESCOLA PARA ESTA INSCRIÇÃO</w:t>
      </w:r>
    </w:p>
    <w:p>
      <w:r>
        <w:t>Nome completo: ______________________________________________________________________________</w:t>
      </w:r>
    </w:p>
    <w:p>
      <w:r>
        <w:t>Cargo / função: _________________________________  Telefone / WhatsApp: __________________________</w:t>
      </w:r>
    </w:p>
    <w:p>
      <w:r>
        <w:t>E-mail: ______________________________________________________________________________________</w:t>
      </w:r>
    </w:p>
    <w:p>
      <w:pPr>
        <w:keepNext/>
      </w:pPr>
      <w:r>
        <w:rPr>
          <w:b/>
          <w:color w:val="A26F25"/>
          <w:sz w:val="18"/>
        </w:rPr>
        <w:t>CATEGORIAS E DIVISÕES SOLICITADAS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531"/>
        <w:gridCol w:w="1361"/>
        <w:gridCol w:w="1361"/>
        <w:gridCol w:w="5669"/>
      </w:tblGrid>
      <w:tr>
        <w:tc>
          <w:tcPr>
            <w:tcW w:type="dxa" w:w="2480"/>
            <w:shd w:fill="173B6B"/>
            <w:vAlign w:val="center"/>
          </w:tcPr>
          <w:p>
            <w:r>
              <w:rPr>
                <w:b/>
                <w:color w:val="FFFFFF"/>
                <w:sz w:val="16"/>
              </w:rPr>
              <w:t>Categoria</w:t>
            </w:r>
          </w:p>
        </w:tc>
        <w:tc>
          <w:tcPr>
            <w:tcW w:type="dxa" w:w="2480"/>
            <w:shd w:fill="173B6B"/>
            <w:vAlign w:val="center"/>
          </w:tcPr>
          <w:p>
            <w:r>
              <w:rPr>
                <w:b/>
                <w:color w:val="FFFFFF"/>
                <w:sz w:val="16"/>
              </w:rPr>
              <w:t>Masculino</w:t>
            </w:r>
          </w:p>
        </w:tc>
        <w:tc>
          <w:tcPr>
            <w:tcW w:type="dxa" w:w="2480"/>
            <w:shd w:fill="173B6B"/>
            <w:vAlign w:val="center"/>
          </w:tcPr>
          <w:p>
            <w:r>
              <w:rPr>
                <w:b/>
                <w:color w:val="FFFFFF"/>
                <w:sz w:val="16"/>
              </w:rPr>
              <w:t>Feminino</w:t>
            </w:r>
          </w:p>
        </w:tc>
        <w:tc>
          <w:tcPr>
            <w:tcW w:type="dxa" w:w="2480"/>
            <w:shd w:fill="173B6B"/>
            <w:vAlign w:val="center"/>
          </w:tcPr>
          <w:p>
            <w:r>
              <w:rPr>
                <w:b/>
                <w:color w:val="FFFFFF"/>
                <w:sz w:val="16"/>
              </w:rPr>
              <w:t>Equipe(s) / observações</w:t>
            </w:r>
          </w:p>
        </w:tc>
      </w:tr>
      <w:tr>
        <w:tc>
          <w:tcPr>
            <w:tcW w:type="dxa" w:w="1531"/>
            <w:vAlign w:val="center"/>
          </w:tcPr>
          <w:p>
            <w:r>
              <w:rPr>
                <w:sz w:val="16"/>
              </w:rPr>
              <w:t>Sub-8</w:t>
            </w:r>
          </w:p>
        </w:tc>
        <w:tc>
          <w:tcPr>
            <w:tcW w:type="dxa" w:w="1361"/>
            <w:vAlign w:val="center"/>
          </w:tcPr>
          <w:p>
            <w:r>
              <w:rPr>
                <w:sz w:val="16"/>
              </w:rPr>
              <w:t>☐</w:t>
            </w:r>
          </w:p>
        </w:tc>
        <w:tc>
          <w:tcPr>
            <w:tcW w:type="dxa" w:w="1361"/>
            <w:vAlign w:val="center"/>
          </w:tcPr>
          <w:p>
            <w:r>
              <w:rPr>
                <w:sz w:val="16"/>
              </w:rPr>
              <w:t>☐</w:t>
            </w:r>
          </w:p>
        </w:tc>
        <w:tc>
          <w:tcPr>
            <w:tcW w:type="dxa" w:w="5669"/>
            <w:vAlign w:val="center"/>
          </w:tcPr>
          <w:p>
            <w:r>
              <w:rPr>
                <w:sz w:val="16"/>
              </w:rPr>
              <w:t>________________________________</w:t>
            </w:r>
          </w:p>
        </w:tc>
      </w:tr>
      <w:tr>
        <w:tc>
          <w:tcPr>
            <w:tcW w:type="dxa" w:w="1531"/>
            <w:vAlign w:val="center"/>
            <w:shd w:fill="F2F6FA"/>
          </w:tcPr>
          <w:p>
            <w:r>
              <w:rPr>
                <w:sz w:val="16"/>
              </w:rPr>
              <w:t>Sub-10</w:t>
            </w:r>
          </w:p>
        </w:tc>
        <w:tc>
          <w:tcPr>
            <w:tcW w:type="dxa" w:w="1361"/>
            <w:vAlign w:val="center"/>
            <w:shd w:fill="F2F6FA"/>
          </w:tcPr>
          <w:p>
            <w:r>
              <w:rPr>
                <w:sz w:val="16"/>
              </w:rPr>
              <w:t>☐</w:t>
            </w:r>
          </w:p>
        </w:tc>
        <w:tc>
          <w:tcPr>
            <w:tcW w:type="dxa" w:w="1361"/>
            <w:vAlign w:val="center"/>
            <w:shd w:fill="F2F6FA"/>
          </w:tcPr>
          <w:p>
            <w:r>
              <w:rPr>
                <w:sz w:val="16"/>
              </w:rPr>
              <w:t>☐</w:t>
            </w:r>
          </w:p>
        </w:tc>
        <w:tc>
          <w:tcPr>
            <w:tcW w:type="dxa" w:w="5669"/>
            <w:vAlign w:val="center"/>
            <w:shd w:fill="F2F6FA"/>
          </w:tcPr>
          <w:p>
            <w:r>
              <w:rPr>
                <w:sz w:val="16"/>
              </w:rPr>
              <w:t>________________________________</w:t>
            </w:r>
          </w:p>
        </w:tc>
      </w:tr>
      <w:tr>
        <w:tc>
          <w:tcPr>
            <w:tcW w:type="dxa" w:w="1531"/>
            <w:vAlign w:val="center"/>
          </w:tcPr>
          <w:p>
            <w:r>
              <w:rPr>
                <w:sz w:val="16"/>
              </w:rPr>
              <w:t>Sub-12</w:t>
            </w:r>
          </w:p>
        </w:tc>
        <w:tc>
          <w:tcPr>
            <w:tcW w:type="dxa" w:w="1361"/>
            <w:vAlign w:val="center"/>
          </w:tcPr>
          <w:p>
            <w:r>
              <w:rPr>
                <w:sz w:val="16"/>
              </w:rPr>
              <w:t>☐</w:t>
            </w:r>
          </w:p>
        </w:tc>
        <w:tc>
          <w:tcPr>
            <w:tcW w:type="dxa" w:w="1361"/>
            <w:vAlign w:val="center"/>
          </w:tcPr>
          <w:p>
            <w:r>
              <w:rPr>
                <w:sz w:val="16"/>
              </w:rPr>
              <w:t>☐</w:t>
            </w:r>
          </w:p>
        </w:tc>
        <w:tc>
          <w:tcPr>
            <w:tcW w:type="dxa" w:w="5669"/>
            <w:vAlign w:val="center"/>
          </w:tcPr>
          <w:p>
            <w:r>
              <w:rPr>
                <w:sz w:val="16"/>
              </w:rPr>
              <w:t>________________________________</w:t>
            </w:r>
          </w:p>
        </w:tc>
      </w:tr>
      <w:tr>
        <w:tc>
          <w:tcPr>
            <w:tcW w:type="dxa" w:w="1531"/>
            <w:vAlign w:val="center"/>
            <w:shd w:fill="F2F6FA"/>
          </w:tcPr>
          <w:p>
            <w:r>
              <w:rPr>
                <w:sz w:val="16"/>
              </w:rPr>
              <w:t>Sub-14</w:t>
            </w:r>
          </w:p>
        </w:tc>
        <w:tc>
          <w:tcPr>
            <w:tcW w:type="dxa" w:w="1361"/>
            <w:vAlign w:val="center"/>
            <w:shd w:fill="F2F6FA"/>
          </w:tcPr>
          <w:p>
            <w:r>
              <w:rPr>
                <w:sz w:val="16"/>
              </w:rPr>
              <w:t>☐</w:t>
            </w:r>
          </w:p>
        </w:tc>
        <w:tc>
          <w:tcPr>
            <w:tcW w:type="dxa" w:w="1361"/>
            <w:vAlign w:val="center"/>
            <w:shd w:fill="F2F6FA"/>
          </w:tcPr>
          <w:p>
            <w:r>
              <w:rPr>
                <w:sz w:val="16"/>
              </w:rPr>
              <w:t>☐</w:t>
            </w:r>
          </w:p>
        </w:tc>
        <w:tc>
          <w:tcPr>
            <w:tcW w:type="dxa" w:w="5669"/>
            <w:vAlign w:val="center"/>
            <w:shd w:fill="F2F6FA"/>
          </w:tcPr>
          <w:p>
            <w:r>
              <w:rPr>
                <w:sz w:val="16"/>
              </w:rPr>
              <w:t>________________________________</w:t>
            </w:r>
          </w:p>
        </w:tc>
      </w:tr>
      <w:tr>
        <w:tc>
          <w:tcPr>
            <w:tcW w:type="dxa" w:w="1531"/>
            <w:vAlign w:val="center"/>
          </w:tcPr>
          <w:p>
            <w:r>
              <w:rPr>
                <w:sz w:val="16"/>
              </w:rPr>
              <w:t>Sub-16</w:t>
            </w:r>
          </w:p>
        </w:tc>
        <w:tc>
          <w:tcPr>
            <w:tcW w:type="dxa" w:w="1361"/>
            <w:vAlign w:val="center"/>
          </w:tcPr>
          <w:p>
            <w:r>
              <w:rPr>
                <w:sz w:val="16"/>
              </w:rPr>
              <w:t>☐</w:t>
            </w:r>
          </w:p>
        </w:tc>
        <w:tc>
          <w:tcPr>
            <w:tcW w:type="dxa" w:w="1361"/>
            <w:vAlign w:val="center"/>
          </w:tcPr>
          <w:p>
            <w:r>
              <w:rPr>
                <w:sz w:val="16"/>
              </w:rPr>
              <w:t>☐</w:t>
            </w:r>
          </w:p>
        </w:tc>
        <w:tc>
          <w:tcPr>
            <w:tcW w:type="dxa" w:w="5669"/>
            <w:vAlign w:val="center"/>
          </w:tcPr>
          <w:p>
            <w:r>
              <w:rPr>
                <w:sz w:val="16"/>
              </w:rPr>
              <w:t>________________________________</w:t>
            </w:r>
          </w:p>
        </w:tc>
      </w:tr>
    </w:tbl>
    <w:p>
      <w:pPr>
        <w:keepNext/>
      </w:pPr>
      <w:r>
        <w:rPr>
          <w:b/>
          <w:color w:val="A26F25"/>
          <w:sz w:val="18"/>
        </w:rPr>
        <w:t>COMISSÃO TÉCNICA E CONTATOS CREDENCIADOS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984"/>
        <w:gridCol w:w="2948"/>
        <w:gridCol w:w="2211"/>
        <w:gridCol w:w="2778"/>
      </w:tblGrid>
      <w:tr>
        <w:tc>
          <w:tcPr>
            <w:tcW w:type="dxa" w:w="2480"/>
            <w:shd w:fill="173B6B"/>
            <w:vAlign w:val="center"/>
          </w:tcPr>
          <w:p>
            <w:r>
              <w:rPr>
                <w:b/>
                <w:color w:val="FFFFFF"/>
                <w:sz w:val="16"/>
              </w:rPr>
              <w:t>Função</w:t>
            </w:r>
          </w:p>
        </w:tc>
        <w:tc>
          <w:tcPr>
            <w:tcW w:type="dxa" w:w="2480"/>
            <w:shd w:fill="173B6B"/>
            <w:vAlign w:val="center"/>
          </w:tcPr>
          <w:p>
            <w:r>
              <w:rPr>
                <w:b/>
                <w:color w:val="FFFFFF"/>
                <w:sz w:val="16"/>
              </w:rPr>
              <w:t>Nome completo</w:t>
            </w:r>
          </w:p>
        </w:tc>
        <w:tc>
          <w:tcPr>
            <w:tcW w:type="dxa" w:w="2480"/>
            <w:shd w:fill="173B6B"/>
            <w:vAlign w:val="center"/>
          </w:tcPr>
          <w:p>
            <w:r>
              <w:rPr>
                <w:b/>
                <w:color w:val="FFFFFF"/>
                <w:sz w:val="16"/>
              </w:rPr>
              <w:t>Telefone / WhatsApp</w:t>
            </w:r>
          </w:p>
        </w:tc>
        <w:tc>
          <w:tcPr>
            <w:tcW w:type="dxa" w:w="2480"/>
            <w:shd w:fill="173B6B"/>
            <w:vAlign w:val="center"/>
          </w:tcPr>
          <w:p>
            <w:r>
              <w:rPr>
                <w:b/>
                <w:color w:val="FFFFFF"/>
                <w:sz w:val="16"/>
              </w:rPr>
              <w:t>Documento de identificação</w:t>
            </w:r>
          </w:p>
        </w:tc>
      </w:tr>
      <w:tr>
        <w:tc>
          <w:tcPr>
            <w:tcW w:type="dxa" w:w="1984"/>
            <w:vAlign w:val="center"/>
          </w:tcPr>
          <w:p>
            <w:r>
              <w:rPr>
                <w:sz w:val="16"/>
              </w:rPr>
              <w:t>Técnico(a) principal</w:t>
            </w:r>
          </w:p>
        </w:tc>
        <w:tc>
          <w:tcPr>
            <w:tcW w:type="dxa" w:w="2948"/>
            <w:vAlign w:val="center"/>
          </w:tcPr>
          <w:p>
            <w:r>
              <w:rPr>
                <w:sz w:val="16"/>
              </w:rPr>
              <w:t>________________________</w:t>
            </w:r>
          </w:p>
        </w:tc>
        <w:tc>
          <w:tcPr>
            <w:tcW w:type="dxa" w:w="2211"/>
            <w:vAlign w:val="center"/>
          </w:tcPr>
          <w:p>
            <w:r>
              <w:rPr>
                <w:sz w:val="16"/>
              </w:rPr>
              <w:t>________________</w:t>
            </w:r>
          </w:p>
        </w:tc>
        <w:tc>
          <w:tcPr>
            <w:tcW w:type="dxa" w:w="2778"/>
            <w:vAlign w:val="center"/>
          </w:tcPr>
          <w:p>
            <w:r>
              <w:rPr>
                <w:sz w:val="16"/>
              </w:rPr>
              <w:t>_____________________</w:t>
            </w:r>
          </w:p>
        </w:tc>
      </w:tr>
      <w:tr>
        <w:tc>
          <w:tcPr>
            <w:tcW w:type="dxa" w:w="1984"/>
            <w:vAlign w:val="center"/>
            <w:shd w:fill="F2F6FA"/>
          </w:tcPr>
          <w:p>
            <w:r>
              <w:rPr>
                <w:sz w:val="16"/>
              </w:rPr>
              <w:t>Auxiliar técnico(a)</w:t>
            </w:r>
          </w:p>
        </w:tc>
        <w:tc>
          <w:tcPr>
            <w:tcW w:type="dxa" w:w="2948"/>
            <w:vAlign w:val="center"/>
            <w:shd w:fill="F2F6FA"/>
          </w:tcPr>
          <w:p>
            <w:r>
              <w:rPr>
                <w:sz w:val="16"/>
              </w:rPr>
              <w:t>________________________</w:t>
            </w:r>
          </w:p>
        </w:tc>
        <w:tc>
          <w:tcPr>
            <w:tcW w:type="dxa" w:w="2211"/>
            <w:vAlign w:val="center"/>
            <w:shd w:fill="F2F6FA"/>
          </w:tcPr>
          <w:p>
            <w:r>
              <w:rPr>
                <w:sz w:val="16"/>
              </w:rPr>
              <w:t>________________</w:t>
            </w:r>
          </w:p>
        </w:tc>
        <w:tc>
          <w:tcPr>
            <w:tcW w:type="dxa" w:w="2778"/>
            <w:vAlign w:val="center"/>
            <w:shd w:fill="F2F6FA"/>
          </w:tcPr>
          <w:p>
            <w:r>
              <w:rPr>
                <w:sz w:val="16"/>
              </w:rPr>
              <w:t>_____________________</w:t>
            </w:r>
          </w:p>
        </w:tc>
      </w:tr>
      <w:tr>
        <w:tc>
          <w:tcPr>
            <w:tcW w:type="dxa" w:w="1984"/>
            <w:vAlign w:val="center"/>
          </w:tcPr>
          <w:p>
            <w:r>
              <w:rPr>
                <w:sz w:val="16"/>
              </w:rPr>
              <w:t>Responsável de equipe</w:t>
            </w:r>
          </w:p>
        </w:tc>
        <w:tc>
          <w:tcPr>
            <w:tcW w:type="dxa" w:w="2948"/>
            <w:vAlign w:val="center"/>
          </w:tcPr>
          <w:p>
            <w:r>
              <w:rPr>
                <w:sz w:val="16"/>
              </w:rPr>
              <w:t>________________________</w:t>
            </w:r>
          </w:p>
        </w:tc>
        <w:tc>
          <w:tcPr>
            <w:tcW w:type="dxa" w:w="2211"/>
            <w:vAlign w:val="center"/>
          </w:tcPr>
          <w:p>
            <w:r>
              <w:rPr>
                <w:sz w:val="16"/>
              </w:rPr>
              <w:t>________________</w:t>
            </w:r>
          </w:p>
        </w:tc>
        <w:tc>
          <w:tcPr>
            <w:tcW w:type="dxa" w:w="2778"/>
            <w:vAlign w:val="center"/>
          </w:tcPr>
          <w:p>
            <w:r>
              <w:rPr>
                <w:sz w:val="16"/>
              </w:rPr>
              <w:t>_____________________</w:t>
            </w:r>
          </w:p>
        </w:tc>
      </w:tr>
    </w:tbl>
    <w:p>
      <w:r>
        <w:t>Outro(a) integrante / função, se houver: __________________________________________________________</w:t>
      </w:r>
    </w:p>
    <w:p>
      <w:pPr>
        <w:keepNext/>
      </w:pPr>
      <w:r>
        <w:rPr>
          <w:b/>
          <w:color w:val="A26F25"/>
          <w:sz w:val="18"/>
        </w:rPr>
        <w:t>DECLARAÇÃO DA ESCOLA</w:t>
      </w:r>
    </w:p>
    <w:p>
      <w:r>
        <w:t>Declaro que os dados acima foram informados pela instituição, que os integrantes indicados atuarão nas funções declaradas e que a escola observará o regulamento e os prazos oficiais da competição. A inscrição das equipes depende da conferência dos documentos e da confirmação pela organização.</w:t>
      </w:r>
    </w:p>
    <w:p>
      <w:r>
        <w:t>Cidade / UF: ______________________________________________  Data: ____/____/2027</w:t>
      </w:r>
    </w:p>
    <w:p>
      <w:r>
        <w:t>Nome e assinatura do(a) responsável pela escola: __________________________________________________</w:t>
      </w:r>
    </w:p>
    <w:p>
      <w:r>
        <w:t>Carimbo da instituição, se houver: __________________________________________________________________</w:t>
      </w:r>
    </w:p>
    <w:p>
      <w:r>
        <w:rPr>
          <w:i/>
          <w:sz w:val="16"/>
        </w:rPr>
        <w:t>Uso da organização: recebida em ____/____/2027   Conferência: ☐ Pendente  ☐ Completa   Responsável: ___________________</w:t>
      </w:r>
    </w:p>
    <w:sectPr w:rsidR="00FC693F" w:rsidRPr="0006063C" w:rsidSect="00034616">
      <w:footerReference w:type="default" r:id="rId9"/>
      <w:pgSz w:w="11906" w:h="16838"/>
      <w:pgMar w:top="680" w:right="992" w:bottom="680" w:left="9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13315B"/>
        <w:sz w:val="14"/>
      </w:rPr>
      <w:t>LIGA METROPOLITANA INTERCOLEGIAL  •  CAMPEONATO 2027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13315B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