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"/>
        <w:gridCol w:w="14173"/>
      </w:tblGrid>
      <w:tr>
        <w:tc>
          <w:tcPr>
            <w:tcW w:type="dxa" w:w="7654"/>
          </w:tcPr>
          <w:p>
            <w:r>
              <w:drawing>
                <wp:inline xmlns:a="http://schemas.openxmlformats.org/drawingml/2006/main" xmlns:pic="http://schemas.openxmlformats.org/drawingml/2006/picture">
                  <wp:extent cx="558000" cy="6344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6344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54"/>
            <w:vAlign w:val="center"/>
          </w:tcPr>
          <w:p>
            <w:r>
              <w:rPr>
                <w:b/>
                <w:color w:val="A26F25"/>
                <w:sz w:val="17"/>
              </w:rPr>
              <w:t>LIGA METROPOLITANA INTERCOLEGIAL</w:t>
            </w:r>
          </w:p>
          <w:p>
            <w:r>
              <w:rPr>
                <w:b/>
                <w:color w:val="13315B"/>
                <w:sz w:val="32"/>
              </w:rPr>
              <w:t>FICHA DE INSCRIÇÃO DOS ATLETAS</w:t>
            </w:r>
          </w:p>
          <w:p>
            <w:r>
              <w:rPr>
                <w:sz w:val="16"/>
              </w:rPr>
              <w:t>1º Campeonato Metropolitano Intercolegial de Futsal  •  2027</w:t>
            </w:r>
          </w:p>
        </w:tc>
      </w:tr>
    </w:tbl>
    <w:p>
      <w:r>
        <w:t>Uma ficha por equipe. Preencha até 15 atletas e entregue os documentos individuais exigidos no regulamento.</w:t>
      </w:r>
    </w:p>
    <w:p>
      <w:pPr>
        <w:keepNext/>
      </w:pPr>
      <w:r>
        <w:rPr>
          <w:b/>
          <w:color w:val="A26F25"/>
          <w:sz w:val="18"/>
        </w:rPr>
        <w:t>IDENTIFICAÇÃO DA EQUIPE</w:t>
      </w:r>
    </w:p>
    <w:p>
      <w:r>
        <w:t>Escola: _____________________________________________________________________  Município: __________________________</w:t>
      </w:r>
    </w:p>
    <w:p>
      <w:r>
        <w:t>Equipe / identificação: ________________________________________  Técnico(a): __________________________________________</w:t>
      </w:r>
    </w:p>
    <w:p>
      <w:r>
        <w:t>Categoria: ☐ Sub-8  ☐ Sub-10  ☐ Sub-12  ☐ Sub-14  ☐ Sub-16     Divisão: ☐ Masculina  ☐ Feminina</w:t>
      </w:r>
    </w:p>
    <w:p>
      <w:pPr>
        <w:keepNext/>
      </w:pPr>
      <w:r>
        <w:rPr>
          <w:b/>
          <w:color w:val="A26F25"/>
          <w:sz w:val="18"/>
        </w:rPr>
        <w:t>RELAÇÃO DE ATLETAS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4989"/>
        <w:gridCol w:w="1587"/>
        <w:gridCol w:w="2438"/>
        <w:gridCol w:w="1191"/>
        <w:gridCol w:w="2154"/>
        <w:gridCol w:w="2154"/>
      </w:tblGrid>
      <w:tr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Nº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Nome completo do(a) atleta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Nascimento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Documento nº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Camisa nº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Autorização de</w:t>
              <w:br/>
              <w:t>participação</w:t>
            </w:r>
          </w:p>
        </w:tc>
        <w:tc>
          <w:tcPr>
            <w:tcW w:type="dxa" w:w="2187"/>
            <w:shd w:fill="173B6B"/>
            <w:vAlign w:val="center"/>
          </w:tcPr>
          <w:p>
            <w:r>
              <w:rPr>
                <w:b/>
                <w:color w:val="FFFFFF"/>
                <w:sz w:val="16"/>
              </w:rPr>
              <w:t>Termo de imagem</w:t>
              <w:br/>
              <w:t>(opcional)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01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02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03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04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05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06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07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08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09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10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11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12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13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shd w:fill="F2F6FA"/>
            <w:vAlign w:val="center"/>
          </w:tcPr>
          <w:p>
            <w:r>
              <w:rPr>
                <w:sz w:val="15"/>
              </w:rPr>
              <w:t>14</w:t>
            </w:r>
          </w:p>
        </w:tc>
        <w:tc>
          <w:tcPr>
            <w:tcW w:type="dxa" w:w="4989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shd w:fill="F2F6FA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shd w:fill="F2F6FA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shd w:fill="F2F6FA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  <w:tr>
        <w:tc>
          <w:tcPr>
            <w:tcW w:type="dxa" w:w="567"/>
            <w:vAlign w:val="center"/>
          </w:tcPr>
          <w:p>
            <w:r>
              <w:rPr>
                <w:sz w:val="15"/>
              </w:rPr>
              <w:t>15</w:t>
            </w:r>
          </w:p>
        </w:tc>
        <w:tc>
          <w:tcPr>
            <w:tcW w:type="dxa" w:w="4989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5"/>
              </w:rPr>
              <w:t>____/____/______</w:t>
            </w:r>
          </w:p>
        </w:tc>
        <w:tc>
          <w:tcPr>
            <w:tcW w:type="dxa" w:w="2438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1191"/>
            <w:vAlign w:val="center"/>
          </w:tcPr>
          <w:p>
            <w:r>
              <w:rPr>
                <w:sz w:val="15"/>
              </w:rPr>
              <w:t xml:space="preserve"> 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5"/>
              </w:rPr>
              <w:t>☐ entregue  ☐ pendente</w:t>
            </w:r>
          </w:p>
        </w:tc>
      </w:tr>
    </w:tbl>
    <w:p>
      <w:r>
        <w:rPr>
          <w:i/>
          <w:sz w:val="16"/>
        </w:rPr>
        <w:t>Termo de imagem: registre apenas o recebimento; confira a opção no termo assinado. A recusa não impede a participação.</w:t>
      </w:r>
    </w:p>
    <w:p>
      <w:r>
        <w:t>Responsável pelo envio (nome e função): __________________________________________  Telefone: __________________________</w:t>
      </w:r>
    </w:p>
    <w:p>
      <w:r>
        <w:t>A escola confirma os dados e apresentará os documentos exigidos. Data: ____/____/2027  Assinatura: _________________________</w:t>
      </w:r>
    </w:p>
    <w:sectPr w:rsidR="00FC693F" w:rsidRPr="0006063C" w:rsidSect="00034616">
      <w:footerReference w:type="default" r:id="rId9"/>
      <w:pgSz w:w="16838" w:h="11906"/>
      <w:pgMar w:top="624" w:right="765" w:bottom="62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13315B"/>
        <w:sz w:val="14"/>
      </w:rPr>
      <w:t>LIGA METROPOLITANA INTERCOLEGIAL  •  CAMPEONATO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3315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